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Гостиница, отель, хостел, база отдыха</w:t>
      </w:r>
    </w:p>
    <w:p>
      <w:r>
        <w:rPr>
          <w:b/>
        </w:rPr>
        <w:t xml:space="preserve">Основание: ПП РФ № 447.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гостиница, отель, хостел, база отдыха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 средства размещения: гостиница / мини-отель / хостел / апарт-отель / база отдыха / иное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номеров и мест (коек); максимальная единовременная заполняемость (гости + персонал) — от неё зависит категория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Дата ввода в эксплуатацию / начала деятельности (для новых — срок на комиссию 1 месяц)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Размещение: отдельное здание / часть здания / помещения в жилом доме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ресторан, конференц-зал, бассейн, спа — вместимость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Свидетельство о присвоении категории (звёздности), если есть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